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0"/>
        <w:jc w:val="center"/>
      </w:pPr>
      <w:r>
        <w:rPr>
          <w:rFonts w:ascii="Times New Roman" w:hAnsi="Times New Roman" w:cs="Times New Roman" w:eastAsia="Times New Roman"/>
          <w:b/>
          <w:i w:val="0"/>
          <w:sz w:val="28"/>
        </w:rPr>
        <w:t>Описание объекта закупки (техническое задание)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567"/>
        <w:gridCol w:w="2268"/>
        <w:gridCol w:w="1474"/>
        <w:gridCol w:w="3175"/>
        <w:gridCol w:w="3203"/>
        <w:gridCol w:w="1417"/>
        <w:gridCol w:w="1247"/>
        <w:gridCol w:w="1077"/>
      </w:tblGrid>
      <w:tr>
        <w:trPr>
          <w:cantSplit/>
          <w:tblHeader/>
        </w:trPr>
        <w:tc>
          <w:tcPr>
            <w:tcW w:type="dxa" w:w="567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№</w:t>
              <w:br/>
              <w:t>п/п</w:t>
            </w:r>
          </w:p>
        </w:tc>
        <w:tc>
          <w:tcPr>
            <w:tcW w:type="dxa" w:w="2268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Наименование товара</w:t>
            </w:r>
          </w:p>
        </w:tc>
        <w:tc>
          <w:tcPr>
            <w:tcW w:type="dxa" w:w="1474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Коды позиции</w:t>
            </w:r>
          </w:p>
        </w:tc>
        <w:tc>
          <w:tcPr>
            <w:tcW w:type="dxa" w:w="7795"/>
            <w:tcMar>
              <w:top w:w="30" w:type="dxa"/>
              <w:start w:w="60" w:type="dxa"/>
              <w:bottom w:w="30" w:type="dxa"/>
              <w:end w:w="60" w:type="dxa"/>
            </w:tcMar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Характеристики товара</w:t>
            </w:r>
          </w:p>
        </w:tc>
        <w:tc>
          <w:tcPr>
            <w:tcW w:type="dxa" w:w="1247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Количество товара</w:t>
            </w:r>
          </w:p>
        </w:tc>
        <w:tc>
          <w:tcPr>
            <w:tcW w:type="dxa" w:w="1077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Единица измерения</w:t>
            </w:r>
          </w:p>
        </w:tc>
      </w:tr>
      <w:tr>
        <w:trPr>
          <w:cantSplit/>
          <w:tblHeader/>
        </w:trPr>
        <w:tc>
          <w:tcPr>
            <w:tcW w:type="dxa" w:w="567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2268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1474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Наименование характеристики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Значение характеристики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Единица измерения характеристики</w:t>
            </w:r>
          </w:p>
        </w:tc>
        <w:tc>
          <w:tcPr>
            <w:tcW w:type="dxa" w:w="1247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1077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</w:tr>
      <w:tr>
        <w:trPr>
          <w:cantSplit/>
        </w:trPr>
        <w:tc>
          <w:tcPr>
            <w:tcW w:type="dxa" w:w="567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2268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Челнок для ручного ткачества (фриволите), длина 600 мм</w:t>
            </w:r>
          </w:p>
        </w:tc>
        <w:tc>
          <w:tcPr>
            <w:tcW w:type="dxa" w:w="1474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28.94.52.110</w:t>
            </w:r>
          </w:p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Назначение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челнок для ткачества с толстой уточной нитью (полоски ткани, тесьма, артпряжа, верёвка)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</w:r>
          </w:p>
        </w:tc>
        <w:tc>
          <w:tcPr>
            <w:tcW w:type="dxa" w:w="1247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077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шт.</w:t>
            </w:r>
          </w:p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Материал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древесина твёрдых пород или материал с не худшей прочностью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Покрытие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наличие водостойкого защитного покрытия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Размеры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длина 600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мм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Ширина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ширина 40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мм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Высота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высота 48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мм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7795"/>
            <w:gridSpan w:val="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/>
                <w:sz w:val="20"/>
              </w:rPr>
              <w:t>Комплектация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Челнок-фриволите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компл.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</w:tbl>
    <w:sectPr w:rsidR="00FC693F" w:rsidRPr="0006063C" w:rsidSect="00034616">
      <w:pgSz w:w="16838" w:h="11906" w:orient="landscape"/>
      <w:pgMar w:top="850" w:right="1134" w:bottom="85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