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0"/>
        <w:jc w:val="center"/>
      </w:pPr>
      <w:r>
        <w:rPr>
          <w:rFonts w:ascii="Times New Roman" w:hAnsi="Times New Roman" w:cs="Times New Roman" w:eastAsia="Times New Roman"/>
          <w:b/>
          <w:i w:val="0"/>
          <w:sz w:val="28"/>
        </w:rPr>
        <w:t>Описание объекта закупки (техническое задание)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567"/>
        <w:gridCol w:w="2268"/>
        <w:gridCol w:w="1474"/>
        <w:gridCol w:w="3175"/>
        <w:gridCol w:w="3203"/>
        <w:gridCol w:w="1417"/>
        <w:gridCol w:w="1247"/>
        <w:gridCol w:w="1077"/>
      </w:tblGrid>
      <w:tr>
        <w:trPr>
          <w:cantSplit/>
          <w:tblHeader/>
        </w:trPr>
        <w:tc>
          <w:tcPr>
            <w:tcW w:type="dxa" w:w="567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№</w:t>
              <w:br/>
              <w:t>п/п</w:t>
            </w:r>
          </w:p>
        </w:tc>
        <w:tc>
          <w:tcPr>
            <w:tcW w:type="dxa" w:w="2268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Наименование товара</w:t>
            </w:r>
          </w:p>
        </w:tc>
        <w:tc>
          <w:tcPr>
            <w:tcW w:type="dxa" w:w="1474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Коды позиции</w:t>
            </w:r>
          </w:p>
        </w:tc>
        <w:tc>
          <w:tcPr>
            <w:tcW w:type="dxa" w:w="7795"/>
            <w:tcMar>
              <w:top w:w="30" w:type="dxa"/>
              <w:start w:w="60" w:type="dxa"/>
              <w:bottom w:w="30" w:type="dxa"/>
              <w:end w:w="60" w:type="dxa"/>
            </w:tcMar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Характеристики товара</w:t>
            </w:r>
          </w:p>
        </w:tc>
        <w:tc>
          <w:tcPr>
            <w:tcW w:type="dxa" w:w="1247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Количество товара</w:t>
            </w:r>
          </w:p>
        </w:tc>
        <w:tc>
          <w:tcPr>
            <w:tcW w:type="dxa" w:w="1077"/>
            <w:tcMar>
              <w:top w:w="30" w:type="dxa"/>
              <w:start w:w="60" w:type="dxa"/>
              <w:bottom w:w="30" w:type="dxa"/>
              <w:end w:w="60" w:type="dxa"/>
            </w:tcMa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Единица измерения</w:t>
            </w:r>
          </w:p>
        </w:tc>
      </w:tr>
      <w:tr>
        <w:trPr>
          <w:cantSplit/>
          <w:tblHeader/>
        </w:trPr>
        <w:tc>
          <w:tcPr>
            <w:tcW w:type="dxa" w:w="567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  <w:tc>
          <w:tcPr>
            <w:tcW w:type="dxa" w:w="2268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  <w:tc>
          <w:tcPr>
            <w:tcW w:type="dxa" w:w="1474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Наименование характеристики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Значение характеристики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/>
                <w:sz w:val="18"/>
              </w:rPr>
              <w:t>Единица измерения характеристики</w:t>
            </w:r>
          </w:p>
        </w:tc>
        <w:tc>
          <w:tcPr>
            <w:tcW w:type="dxa" w:w="1247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  <w:tc>
          <w:tcPr>
            <w:tcW w:type="dxa" w:w="1077"/>
            <w:tcMar>
              <w:top w:w="30" w:type="dxa"/>
              <w:start w:w="60" w:type="dxa"/>
              <w:bottom w:w="30" w:type="dxa"/>
              <w:end w:w="60" w:type="dxa"/>
            </w:tcMa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EEEEE" w:val="clear"/>
          </w:tcPr>
          <w:p/>
        </w:tc>
      </w:tr>
      <w:tr>
        <w:trPr>
          <w:cantSplit/>
        </w:trPr>
        <w:tc>
          <w:tcPr>
            <w:tcW w:type="dxa" w:w="567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2268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Станок ковроткацкий ручной настольный</w:t>
            </w:r>
          </w:p>
        </w:tc>
        <w:tc>
          <w:tcPr>
            <w:tcW w:type="dxa" w:w="1474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28.94.13.000</w:t>
            </w:r>
          </w:p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Назначение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ткацкий станок (рама) для изготовления ковров и гобеленов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</w:r>
          </w:p>
        </w:tc>
        <w:tc>
          <w:tcPr>
            <w:tcW w:type="dxa" w:w="1247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077"/>
            <w:vMerge w:val="restart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шт.</w:t>
            </w:r>
          </w:p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Ширина полотна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не менее 40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см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Максимальная длина полотна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не менее 60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см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Непрерывное натяжение нитей основы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наличие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Складывание и регулировка угла наклона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наличие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Сборно-разборный каркас на болтах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наличие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Материал каркаса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фанера и металл или материал с не худшей прочностью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Габариты в рабочем состоянии — ширина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не более 55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см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Габариты в рабочем состоянии — длина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не более 45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см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Габариты в рабочем состоянии — высота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не более 70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см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Конструкция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настольная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Гарантия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не менее 12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мес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7795"/>
            <w:gridSpan w:val="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/>
                <w:sz w:val="20"/>
              </w:rPr>
              <w:t>Комплектация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Прибивочная расческа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шт.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Челнок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шт.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Ценовая иглица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шт.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  <w:tr>
        <w:trPr>
          <w:cantSplit/>
        </w:trPr>
        <w:tc>
          <w:tcPr>
            <w:tcW w:type="dxa" w:w="567"/>
            <w:vMerge/>
          </w:tcPr>
          <w:p/>
        </w:tc>
        <w:tc>
          <w:tcPr>
            <w:tcW w:type="dxa" w:w="2268"/>
            <w:vMerge/>
          </w:tcPr>
          <w:p/>
        </w:tc>
        <w:tc>
          <w:tcPr>
            <w:tcW w:type="dxa" w:w="1474"/>
            <w:vMerge/>
          </w:tcPr>
          <w:p/>
        </w:tc>
        <w:tc>
          <w:tcPr>
            <w:tcW w:type="dxa" w:w="3175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Инструкция</w:t>
            </w:r>
          </w:p>
        </w:tc>
        <w:tc>
          <w:tcPr>
            <w:tcW w:type="dxa" w:w="3203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left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417"/>
            <w:tcMar>
              <w:top w:w="30" w:type="dxa"/>
              <w:start w:w="60" w:type="dxa"/>
              <w:bottom w:w="30" w:type="dxa"/>
              <w:end w:w="60" w:type="dxa"/>
            </w:tcMa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Times New Roman" w:hAnsi="Times New Roman" w:cs="Times New Roman" w:eastAsia="Times New Roman"/>
                <w:b w:val="0"/>
                <w:sz w:val="20"/>
              </w:rPr>
              <w:t>шт.</w:t>
            </w:r>
          </w:p>
        </w:tc>
        <w:tc>
          <w:tcPr>
            <w:tcW w:type="dxa" w:w="1247"/>
            <w:vMerge/>
          </w:tcPr>
          <w:p/>
        </w:tc>
        <w:tc>
          <w:tcPr>
            <w:tcW w:type="dxa" w:w="1077"/>
            <w:vMerge/>
          </w:tcPr>
          <w:p/>
        </w:tc>
      </w:tr>
    </w:tbl>
    <w:sectPr w:rsidR="00FC693F" w:rsidRPr="0006063C" w:rsidSect="00034616">
      <w:pgSz w:w="16838" w:h="11906" w:orient="landscape"/>
      <w:pgMar w:top="850" w:right="1134" w:bottom="85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